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ESTIMATE</w:t>
      </w:r>
    </w:p>
    <w:p>
      <w:r>
        <w:t>Your business name</w:t>
        <w:br/>
        <w:t>Phone · Email · License # (if required in your state)</w:t>
        <w:br/>
        <w:t>Address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Customer</w:t>
              <w:br/>
              <w:t>Name:</w:t>
              <w:br/>
              <w:t>Job address:</w:t>
              <w:br/>
              <w:t>Phone:</w:t>
              <w:br/>
              <w:t>Email:</w:t>
            </w:r>
          </w:p>
        </w:tc>
        <w:tc>
          <w:tcPr>
            <w:tcW w:type="dxa" w:w="4320"/>
          </w:tcPr>
          <w:p>
            <w:r>
              <w:t>Estimate #</w:t>
              <w:br/>
              <w:t xml:space="preserve">Date: </w:t>
              <w:br/>
              <w:t>Valid until: 30 days from date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Description of work / material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Subtotal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Tax rate (%)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Tax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Total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Deposit to start</w:t>
            </w:r>
          </w:p>
        </w:tc>
        <w:tc>
          <w:tcPr>
            <w:tcW w:type="dxa" w:w="4320"/>
          </w:tcPr>
          <w:p/>
        </w:tc>
      </w:tr>
    </w:tbl>
    <w:p/>
    <w:p>
      <w:pPr>
        <w:pStyle w:val="ListBullet"/>
      </w:pPr>
      <w:r>
        <w:t>Scope: what is included, in plain words.</w:t>
      </w:r>
    </w:p>
    <w:p>
      <w:pPr>
        <w:pStyle w:val="ListBullet"/>
      </w:pPr>
      <w:r>
        <w:t>Not included: anything the customer might assume is included.</w:t>
      </w:r>
    </w:p>
    <w:p>
      <w:pPr>
        <w:pStyle w:val="ListBullet"/>
      </w:pPr>
      <w:r>
        <w:t>Changes found once work starts (hidden damage, code issues) are quoted before they are done.</w:t>
      </w:r>
    </w:p>
    <w:p/>
    <w:p>
      <w:r>
        <w:t>Approved by (customer name and signature) ____________________________   Date __________</w:t>
      </w:r>
    </w:p>
    <w:p>
      <w:pPr>
        <w:jc w:val="center"/>
      </w:pPr>
      <w:r>
        <w:rPr>
          <w:color w:val="86868B"/>
          <w:sz w:val="16"/>
        </w:rPr>
        <w:t>Free template from Selk · selkapp.com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